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777777"/>
          <w:sz w:val="18"/>
        </w:rPr>
        <w:t>How to use this template: replace everything in [brackets], keep one mistake per item, and delete these gray notes before printing. Send one letter to each credit bureau that shows the error, by certified mail with a return receipt. Free from freedomclimbers.com/credit-report-dispute-letter/. Education only, not legal advice.</w:t>
      </w:r>
    </w:p>
    <w:p>
      <w:pPr>
        <w:spacing w:after="0"/>
      </w:pPr>
      <w:r>
        <w:rPr>
          <w:b w:val="0"/>
        </w:rPr>
        <w:t>[Today's date]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 w:val="0"/>
        </w:rPr>
        <w:t>[Your full name]</w:t>
      </w:r>
    </w:p>
    <w:p>
      <w:pPr>
        <w:spacing w:after="0"/>
      </w:pPr>
      <w:r>
        <w:rPr>
          <w:b w:val="0"/>
        </w:rPr>
        <w:t>[Street address]</w:t>
      </w:r>
    </w:p>
    <w:p>
      <w:pPr>
        <w:spacing w:after="0"/>
      </w:pPr>
      <w:r>
        <w:rPr>
          <w:b w:val="0"/>
        </w:rPr>
        <w:t>[City, state, ZIP]</w:t>
      </w:r>
    </w:p>
    <w:p>
      <w:pPr>
        <w:spacing w:after="0"/>
      </w:pPr>
      <w:r>
        <w:rPr>
          <w:b w:val="0"/>
        </w:rPr>
        <w:t>[Phone number]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 w:val="0"/>
        </w:rPr>
        <w:t>[Credit bureau name: Equifax Information Services LLC / Experian / TransUnion LLC Consumer Dispute Center]</w:t>
      </w:r>
    </w:p>
    <w:p>
      <w:pPr>
        <w:spacing w:after="0"/>
      </w:pPr>
      <w:r>
        <w:rPr>
          <w:b w:val="0"/>
        </w:rPr>
        <w:t>[Dispute address from your report, or one of these: Equifax, P.O. Box 740256, Atlanta, GA 30348 | Experian, P.O. Box 4500, Allen, TX 75013 | TransUnion, P.O. Box 2000, Chester, PA 19016]</w:t>
      </w:r>
    </w:p>
    <w:p>
      <w:pPr>
        <w:spacing w:after="0"/>
      </w:pPr>
      <w:r>
        <w:rPr>
          <w:b w:val="0"/>
        </w:rPr>
      </w:r>
    </w:p>
    <w:p>
      <w:r>
        <w:rPr>
          <w:b/>
        </w:rPr>
        <w:t>Re: Dispute of inaccurate information in my credit report. Report confirmation number: [number, if any]</w:t>
      </w:r>
    </w:p>
    <w:p>
      <w:r>
        <w:rPr>
          <w:b w:val="0"/>
        </w:rPr>
        <w:t>To whom it may concern:</w:t>
      </w:r>
    </w:p>
    <w:p>
      <w:r>
        <w:rPr>
          <w:b w:val="0"/>
        </w:rPr>
        <w:t>I am writing to dispute the following information in my credit file. The items I dispute are circled on the attached copy of my report.</w:t>
      </w:r>
    </w:p>
    <w:p>
      <w:r>
        <w:rPr>
          <w:b w:val="0"/>
        </w:rPr>
        <w:t>Item 1: [Company name], account ending in [last four digits]. This item is [inaccurate / incomplete] because [plain reason, for example: "I paid this bill on time in March" or "I never opened this account"]. I am asking that this item be [removed / corrected to show ___].</w:t>
      </w:r>
    </w:p>
    <w:p>
      <w:r>
        <w:rPr>
          <w:b w:val="0"/>
        </w:rPr>
        <w:t>Item 2 (delete if you only have one): [Company name], account ending in [last four digits]. This item is [inaccurate / incomplete] because [plain reason]. I am asking that this item be [removed / corrected to show ___].</w:t>
      </w:r>
    </w:p>
    <w:p>
      <w:r>
        <w:rPr>
          <w:b w:val="0"/>
        </w:rPr>
        <w:t>Enclosed are copies (not originals) of [list each document, such as a bank statement or payment receipt] supporting my position. Please investigate this matter and send me the results in writing.</w:t>
      </w:r>
    </w:p>
    <w:p>
      <w:r>
        <w:rPr>
          <w:b w:val="0"/>
        </w:rPr>
        <w:t>Sincerely,</w:t>
      </w:r>
    </w:p>
    <w:p>
      <w:r>
        <w:rPr>
          <w:b w:val="0"/>
        </w:rPr>
      </w:r>
    </w:p>
    <w:p>
      <w:r>
        <w:rPr>
          <w:b w:val="0"/>
        </w:rPr>
        <w:t>[Your signature]</w:t>
      </w:r>
    </w:p>
    <w:p>
      <w:r>
        <w:rPr>
          <w:b w:val="0"/>
        </w:rPr>
        <w:t>[Your printed name]</w:t>
      </w:r>
    </w:p>
    <w:p>
      <w:r>
        <w:rPr>
          <w:b w:val="0"/>
        </w:rPr>
        <w:t>Enclosures: [copy of my credit report with the items circled], [copies of supporting documents]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Report Dispute Letter Template</dc:title>
  <dc:subject>Free editable credit report dispute letter template</dc:subject>
  <dc:creator>Freedom Climbers (freedomclimbers.com)</dc:creator>
  <cp:keywords/>
  <dc:description>Fill in the [brackets]. Delete this note and the gray tips before you print.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